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9944" w14:textId="77777777" w:rsidR="008F2E9D" w:rsidRDefault="00000000">
      <w:pPr>
        <w:jc w:val="center"/>
      </w:pPr>
      <w:r>
        <w:rPr>
          <w:b/>
          <w:sz w:val="26"/>
        </w:rPr>
        <w:t>Písomné vyhlásenie</w:t>
      </w:r>
    </w:p>
    <w:p w14:paraId="62958CA9" w14:textId="77777777" w:rsidR="008F2E9D" w:rsidRDefault="008F2E9D"/>
    <w:p w14:paraId="1E4209C3" w14:textId="77777777" w:rsidR="008F2E9D" w:rsidRDefault="00000000">
      <w:r>
        <w:t>Dolupodpísaní</w:t>
      </w:r>
    </w:p>
    <w:p w14:paraId="667D3390" w14:textId="77777777" w:rsidR="008F2E9D" w:rsidRDefault="00000000">
      <w:r>
        <w:rPr>
          <w:b/>
        </w:rPr>
        <w:t>matka/</w:t>
      </w:r>
      <w:r>
        <w:t>zákonný zástupca 1, titul, meno a priezvisko:  .................................................................</w:t>
      </w:r>
    </w:p>
    <w:p w14:paraId="6C2FFE37" w14:textId="77777777" w:rsidR="008F2E9D" w:rsidRDefault="00000000">
      <w:r>
        <w:t>Trvalý pobyt:................................................................................................</w:t>
      </w:r>
    </w:p>
    <w:p w14:paraId="08387B32" w14:textId="77777777" w:rsidR="008F2E9D" w:rsidRDefault="00000000">
      <w:r>
        <w:t>email:...........................................................................................................</w:t>
      </w:r>
    </w:p>
    <w:p w14:paraId="79DAE056" w14:textId="77777777" w:rsidR="008F2E9D" w:rsidRDefault="00000000">
      <w:r>
        <w:rPr>
          <w:b/>
        </w:rPr>
        <w:t>otec/</w:t>
      </w:r>
      <w:r>
        <w:t>zákonný zástupca 2, titul, meno a priezvisko:   ............................................................,</w:t>
      </w:r>
    </w:p>
    <w:p w14:paraId="5CDD45C4" w14:textId="77777777" w:rsidR="008F2E9D" w:rsidRDefault="008F2E9D"/>
    <w:p w14:paraId="2FCA5A3A" w14:textId="77777777" w:rsidR="008F2E9D" w:rsidRDefault="00000000">
      <w:r>
        <w:t>Trvalý pobyt:................................................................................................</w:t>
      </w:r>
    </w:p>
    <w:p w14:paraId="00F43DBD" w14:textId="77777777" w:rsidR="008F2E9D" w:rsidRDefault="00000000">
      <w:r>
        <w:t>email:...........................................................................................................</w:t>
      </w:r>
    </w:p>
    <w:p w14:paraId="34F126E5" w14:textId="77777777" w:rsidR="008F2E9D" w:rsidRDefault="00000000">
      <w:r>
        <w:rPr>
          <w:b/>
        </w:rPr>
        <w:t>ako rodičia/zákonní zástupcovia dieťaťa</w:t>
      </w:r>
      <w:r>
        <w:t>................................................................................</w:t>
      </w:r>
    </w:p>
    <w:p w14:paraId="226DF19E" w14:textId="77777777" w:rsidR="008F2E9D" w:rsidRDefault="008F2E9D"/>
    <w:p w14:paraId="6EDAF1E1" w14:textId="77777777" w:rsidR="008F2E9D" w:rsidRDefault="00000000">
      <w:pPr>
        <w:jc w:val="center"/>
      </w:pPr>
      <w:r>
        <w:rPr>
          <w:b/>
        </w:rPr>
        <w:t>týmto písomne vyhlasujeme, že</w:t>
      </w:r>
    </w:p>
    <w:p w14:paraId="607E4520" w14:textId="77777777" w:rsidR="008F2E9D" w:rsidRDefault="00000000">
      <w:pPr>
        <w:ind w:left="397"/>
      </w:pPr>
      <w:r>
        <w:t>1. všetky písomnosti počas celej dochádzky v MŠ – Óvoda Dunajská 1061 v Šamoríne spojené s</w:t>
      </w:r>
      <w:r>
        <w:br/>
        <w:t>dieťaťom bude podpisovať len jeden z rodičov.</w:t>
      </w:r>
    </w:p>
    <w:p w14:paraId="672ED2EF" w14:textId="77777777" w:rsidR="008F2E9D" w:rsidRDefault="00000000">
      <w:pPr>
        <w:ind w:left="510"/>
      </w:pPr>
      <w:r>
        <w:t>Prosíme uviesť:</w:t>
      </w:r>
    </w:p>
    <w:p w14:paraId="0A5F13C3" w14:textId="77777777" w:rsidR="008F2E9D" w:rsidRDefault="00000000">
      <w:pPr>
        <w:ind w:left="510"/>
      </w:pPr>
      <w:r>
        <w:t xml:space="preserve">titul, meno a priezvisko  </w:t>
      </w:r>
      <w:r>
        <w:rPr>
          <w:b/>
        </w:rPr>
        <w:t>d o h o d n u t é h o   zákonného zástupcu</w:t>
      </w:r>
      <w:r>
        <w:t>...........................................,</w:t>
      </w:r>
    </w:p>
    <w:p w14:paraId="7C85D9C2" w14:textId="77777777" w:rsidR="008F2E9D" w:rsidRDefault="00000000">
      <w:pPr>
        <w:ind w:left="510"/>
      </w:pPr>
      <w:r>
        <w:t>ktorý na základe vzájomnej dohody rodičov, bude podpisovať v materskej škole všetky</w:t>
      </w:r>
    </w:p>
    <w:p w14:paraId="35FFD0FA" w14:textId="77777777" w:rsidR="008F2E9D" w:rsidRDefault="00000000">
      <w:pPr>
        <w:ind w:left="510"/>
      </w:pPr>
      <w:r>
        <w:t>tlačivá a potrebné dokumenty spojené   s   dieťaťom.</w:t>
      </w:r>
    </w:p>
    <w:p w14:paraId="3200D712" w14:textId="77777777" w:rsidR="008F2E9D" w:rsidRDefault="008F2E9D"/>
    <w:p w14:paraId="6547959E" w14:textId="77777777" w:rsidR="008F2E9D" w:rsidRDefault="008F2E9D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F2E9D" w14:paraId="3EA40870" w14:textId="77777777">
        <w:tc>
          <w:tcPr>
            <w:tcW w:w="4535" w:type="dxa"/>
          </w:tcPr>
          <w:p w14:paraId="0643C490" w14:textId="77777777" w:rsidR="008F2E9D" w:rsidRDefault="00000000">
            <w:pPr>
              <w:jc w:val="center"/>
            </w:pPr>
            <w:r>
              <w:t>V................................., dňa........................</w:t>
            </w:r>
          </w:p>
        </w:tc>
        <w:tc>
          <w:tcPr>
            <w:tcW w:w="4535" w:type="dxa"/>
          </w:tcPr>
          <w:p w14:paraId="70D88CF2" w14:textId="77777777" w:rsidR="008F2E9D" w:rsidRDefault="00000000">
            <w:pPr>
              <w:jc w:val="center"/>
            </w:pPr>
            <w:r>
              <w:t>........................................................</w:t>
            </w:r>
            <w:r>
              <w:br/>
              <w:t>podpis zákonného zástupcu</w:t>
            </w:r>
            <w:r>
              <w:br/>
            </w:r>
            <w:r>
              <w:br/>
            </w:r>
            <w:r>
              <w:br/>
              <w:t>........................................................</w:t>
            </w:r>
            <w:r>
              <w:br/>
              <w:t>podpis zákonného zástupcu</w:t>
            </w:r>
          </w:p>
        </w:tc>
      </w:tr>
    </w:tbl>
    <w:p w14:paraId="35E49983" w14:textId="77777777" w:rsidR="00624A75" w:rsidRDefault="00624A75"/>
    <w:sectPr w:rsidR="00624A75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118822">
    <w:abstractNumId w:val="8"/>
  </w:num>
  <w:num w:numId="2" w16cid:durableId="1799294497">
    <w:abstractNumId w:val="6"/>
  </w:num>
  <w:num w:numId="3" w16cid:durableId="1048720384">
    <w:abstractNumId w:val="5"/>
  </w:num>
  <w:num w:numId="4" w16cid:durableId="855314821">
    <w:abstractNumId w:val="4"/>
  </w:num>
  <w:num w:numId="5" w16cid:durableId="1505974672">
    <w:abstractNumId w:val="7"/>
  </w:num>
  <w:num w:numId="6" w16cid:durableId="778140165">
    <w:abstractNumId w:val="3"/>
  </w:num>
  <w:num w:numId="7" w16cid:durableId="1437562037">
    <w:abstractNumId w:val="2"/>
  </w:num>
  <w:num w:numId="8" w16cid:durableId="1489437435">
    <w:abstractNumId w:val="1"/>
  </w:num>
  <w:num w:numId="9" w16cid:durableId="212561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4076"/>
    <w:rsid w:val="00624A75"/>
    <w:rsid w:val="008F2E9D"/>
    <w:rsid w:val="00AA1D8D"/>
    <w:rsid w:val="00B47730"/>
    <w:rsid w:val="00CB0664"/>
    <w:rsid w:val="00E842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DF9B5"/>
  <w14:defaultImageDpi w14:val="300"/>
  <w15:docId w15:val="{A88EB282-7451-4274-A288-0D1C6629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1299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Kristína Nyársiková Méryová</cp:lastModifiedBy>
  <cp:revision>2</cp:revision>
  <dcterms:created xsi:type="dcterms:W3CDTF">2026-09-02T05:30:00Z</dcterms:created>
  <dcterms:modified xsi:type="dcterms:W3CDTF">2026-09-02T05:30:00Z</dcterms:modified>
  <cp:category/>
</cp:coreProperties>
</file>